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כסף בראש – חינוך פיננסי לכיתה ט׳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סימולטור אינפלציה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מהי אינפלציה וכיצד היא משפיעה על כוח הקנייה של הכסף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להבחין בין ריבית, תשואה ואינפלציה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לנתח כיצד הזמן והריבית על החיסכון משפיעים על ערך הכסף העתידי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מושגים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עליה כללית במחירים לאורך זמן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כוח הקנייה יורד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744.09 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הרווח שמתקבל מהשקעת כסף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עולה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כשהמחירים עולים מהר יותר מהריבית, הכסף שווה פחות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סל הקניות הוא כלי למדידת שינויים במחירים לאורך זמן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ללא שינוי במחירים וללא ריבית, הערך הריאלי לא משתנה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ההיפך נכון - ככל שעובר יותר זמן, ההשפעה המצטברת גדלה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אם הריבית גבוהה מהאינפלציה, הערך הריאלי יכול אפילו לעלות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המשפט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אינפלציה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תשואה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כוח קנייה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יורד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סל קניות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מושג להסבר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ה (עליה כללית במחירים לאורך זמן)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(תשלום שמקבלים על כסף שחוסכים)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(רווח מהשקעת כסף)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(כמות המוצרים שאפשר לקנות בסכום כסף)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ב (קבוצת מוצרים קבועה למדידת שינוי מחירים)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תשובה קצרה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-26%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כי המחירים עולים מהר יותר מהרווח על החיסכון, כך שבפועל אפשר לקנות פחות עם אותו סכום כסף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כוח הקנייה יעלה, כי הכסף גדל מהר יותר מעליית המחירים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משימת כתיבה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התשובה צריכה להזכיר שהמחיר של המטרה עשוי לעלות עם הזמן, שחיסכון ללא ריבית מספקת מאבד מערכו, ולהציע פתרון כמו חיסכון בריבית גבוהה יותר מהאינפלציה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עליה כללית במחירים לאורך זמן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ריבית היא תשלום על חיסכון, תשואה היא רווח כללי מהשקעה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לחסוך בריבית או בתשואה גבוהה יותר מהאינפלציה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להדגים את הסימולטור בכיתה לפני התרגול כדי שהתלמידים יראו את ההשפעה המספרית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לחלק לזוגות ולבקש מהם לנחש מה יקרה לכוח הקנייה בשינוי פרמטר אחד (למשל הגדלת שנים)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יש לשים לב שהתלמידים מבינים את ההבדל בין ערך נומינלי לערך ריאלי לפני מעבר למשימת הכתיבה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כסף בראש – חינוך פיננסי לכיתה ט׳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סימולטור אינפלציה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הזה רואים איך המחיר של דברים עולה עם הזמן, ואיך זה משפיע על הכסף שלכם. נתרגל את המילים החשובות.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אינפלציה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עליה כללית ומתמשכת במחירי המוצרים והשירותים במשק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כוח קנייה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כמות המוצרים והשירותים שאפשר לקנות בסכום כסף מסוים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ריבית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תשלום שמקבלים על כסף שחוסכים בבנק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תשואה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הרווח שמתקבל מהשקעת כסף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ערך נומינלי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הסכום בשקלים כפי שהוא, בלי התחשבות באינפלציה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ערך ריאלי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הערך האמיתי של הכסף אחרי שמביאים בחשבון את האינפלציה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חיסכון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כסף ששומרים לשימוש עתידי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סל קניות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קבוצת מוצרים קבועה שמשמשת למדידת שינויים במחירים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הבנת מושגים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המילה אינפלציה אומרת?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ירידה כללית במחירים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עליה כללית במחירים לאורך זמן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שינוי בשער החליפין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עליה בשכר העבודה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קורה לכסף שלכם כשהמחירים עולים ואין מספיק ריבית?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כוח הקנייה עולה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כוח הקנייה נשאר זהה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כוח הקנייה יורד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אין קשר בין השניים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כמה שווה ה-1000 שקל אחרי 10 שנים, לפי הדף?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1,000 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744.09 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1,260 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500 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המילה תשואה אומרת?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הסכום שמשלמים על הלוואה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הרווח שמתקבל מהשקעת כסף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המחיר של מוצר בסל הקניות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אחוז האינפלציה השנתי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קורה כשהריבית גדולה יותר מהאינפלציה?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יורד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עולה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נשאר קבוע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אי אפשר לדעת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אינפלציה גבוהה יותר מהריבית על החיסכון פוגעת בכוח הקנייה של הכסף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סל הקניות בסימולטור מייצג קבוצת מוצרים קבועה שמשמשת למדידת שינוי מחירים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אם האינפלציה היא 0% וגם הריבית על החיסכון היא 0%, כוח הקנייה של הכסף נשאר קבוע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ככל שעובר יותר זמן, האינפלציה משפיעה פחות על ערך הכסף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ריבית שנתית גבוהה יכולה לפצות על אינפלציה ולשמור על כוח הקנייה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המשפט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עליה כללית ומתמשכת במחירי המוצרים והשירותים במשק נקראת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הרווח שמתקבל מהשקעת כסף בחיסכון או בהשקעה נקרא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הכמות של מוצרים ושירותים שאפשר לקנות בסכום כסף מסוים נקראת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אם האינפלציה גבוהה מהריבית על החיסכון, כוח הקנייה __________ (עולה/יורד)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קבוצת מוצרים קבועה שמשמשת למדידת שינויים במחירים נקראת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התאימו מושג להסבר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אינפלציה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תשלום שמקבלים על כסף שחוסכים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ריבית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קבוצת מוצרים קבועה למדידת שינוי מחירים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תשואה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כמות המוצרים שאפשר לקנות בסכום כסף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כוח קנייה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רווח מהשקעת כסף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סל קניות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עליה כללית במחירים לאורך זמן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תשובה קצרה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בדוגמה בדף, לאחר 10 שנים 1,000 ₪ שווים 744.09 ₪ במחירי היום. מהו אחוז השינוי בכוח הקנייה שמצוין בדף?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הסבירו במילים שלכם מדוע כוח הקנייה של הכסף קטן כשהאינפלציה גבוהה מהריבית על החיסכון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יקרה לכוח הקנייה אם הריבית על החיסכון תהיה גבוהה יותר מהאינפלציה? הסבירו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משימת 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תארו מצב אישי (דמיוני) שבו אתם חוסכים כסף למטרה מסוימת (למשל אופניים) ב-5 השנים הקרובות. כתבו איך אינפלציה עלולה להשפיע על התוכנית שלכם, ומה אפשר לעשות כדי להתמודד עם זה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מהי אינפלציה?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ההבדל בין ריבית לתשואה?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איך אפשר לשמור על כוח הקנייה של החיסכון שלכם מול אינפלציה?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סימולטור אינפלציה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