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אינפלציה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אינפלציה וכיצד היא משפיעה על כוח הקנייה של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ריבית, תשואה ואינפלציה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כיצד הזמן והריבית על החיסכון משפיעים על ערך הכסף העתידי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עליה כללית במחירים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כוח הקנייה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744.09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הרווח שמתקבל מהשקעת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כשהמחירים עולים מהר יותר מהריבית, הכסף שווה 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סל הקניות הוא כלי למדידת שינויים במחירים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ללא שינוי במחירים וללא ריבית, הערך הריאלי לא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ההיפך נכון - ככל שעובר יותר זמן, ההשפעה המצטברת גדלה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אם הריבית גבוהה מהאינפלציה, הערך הריאלי יכול אפילו לעלות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כוח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סל קניות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(עליה כללית במחירים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(תשלום שמקבלים על כסף שחוסכים)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(רווח מהשקעת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(כמות המוצרים שאפשר לקנות בסכום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(קבוצת מוצרים קבועה למדידת שינוי מחירים)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-26%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המחירים עולים מהר יותר מהרווח על החיסכון, כך שבפועל אפשר לקנות פחות עם אותו סכום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כוח הקנייה יעלה, כי הכסף גדל מהר יותר מעליית המחירים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שהמחיר של המטרה עשוי לעלות עם הזמן, שחיסכון ללא ריבית מספקת מאבד מערכו, ולהציע פתרון כמו חיסכון בריבית גבוהה יותר מהאינפלציה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עליה כללית במחירים לאורך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תשלום על חיסכון, תשואה היא רווח כללי מהשקעה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לחסוך בריבית או בתשואה גבוהה יותר מהאינפלציה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הסימולטור בכיתה לפני התרגול כדי שהתלמידים יראו את ההשפעה המספרית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ולבקש מהם לנחש מה יקרה לכוח הקנייה בשינוי פרמטר אחד (למשל הגדלת שנים)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לשים לב שהתלמידים מבינים את ההבדל בין ערך נומינלי לערך ריאלי לפני מעבר למשימת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סימולטור אינפלציה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הסימולטור רואים כמה כסף ישווה בעתיד אם לוקחים בחשבון אינפלציה וריבית על חיסכון. התרגול הזה יעזור לכם להבין את המושגים שעומדים מאחורי המספרים.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כללית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עליה כללית במחירים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בשער החליפין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עליה בשכר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לכוח הקנייה כאשר יש אינפלציה והחיסכון לא מניב ריבית מספקת?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הקנייה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 הקנייה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כוח הקנייה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בדוגמה שבדף, 1,000 ₪ שהושקעו ל-10 שנים שווים במחירי היום: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1,000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744.09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1,260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תשואה?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הסכום שמשלמים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הרווח שמתקבל מהשקעת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של מוצר בסל הקניות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אחוז האינפלציה השנתי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הריבית על החיסכון גבוהה יותר מהאינפלציה, מה קורה לכוח הקנייה?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גבוהה יותר מהריבית על החיסכון פוגעת בכוח הקנייה של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 הקניות בסימולטור מייצג קבוצת מוצרים קבועה שמשמשת למדידת שינוי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האינפלציה היא 0% וגם הריבית על החיסכון היא 0%, כוח הקנייה של הכסף נשאר קבוע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שעובר יותר זמן, האינפלציה משפיעה פחות על ערך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שנתית גבוהה יכולה לפצות על אינפלציה ולשמור על כוח הקנייה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עליה כללית ומתמשכת במחירי המוצרים והשירותים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הרווח שמתקבל מהשקעת כסף בחיסכון או בהשקעה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הכמות של מוצרים ושירותים שאפשר לקנות בסכום כסף מסוים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האינפלציה גבוהה מהריבית על החיסכון, כוח הקנייה __________ (עולה/יורד)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קבוצת מוצרים קבועה שמשמשת למדידת שינויים במחירים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תשלום שמקבלים על כסף שחוסכים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מוצרים קבועה למדידת שינוי מחירים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תשואה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כמות המוצרים שאפשר לקנות בסכום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רווח מהשקעת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סל קניות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עליה כללית במחירים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בדוגמה בדף, לאחר 10 שנים 1,000 ₪ שווים 744.09 ₪ במחירי היום. מהו אחוז השינוי בכוח הקנייה שמצוין בדף?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כוח הקנייה של הכסף קטן כשהאינפלציה גבוהה מהריבית על החיסכון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יקרה לכוח הקנייה אם הריבית על החיסכון תהיה גבוהה יותר מהאינפלציה?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אישי (דמיוני) שבו אתם חוסכים כסף למטרה מסוימת (למשל אופניים) ב-5 השנים הקרובות. כתבו איך אינפלציה עלולה להשפיע על התוכנית שלכם, ומה אפשר לעשות כדי להתמודד עם 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אינפלציה?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לתשואה?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לשמור על כוח הקנייה של החיסכון שלכם מול אינפלציה?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סימולטור אינפלציה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